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3F7A1" w14:textId="77777777" w:rsidR="004E52CF" w:rsidRPr="00AA5E5F" w:rsidRDefault="00000000">
      <w:pPr>
        <w:pStyle w:val="Podtytu"/>
      </w:pPr>
      <w:r w:rsidRPr="00AA5E5F">
        <w:t>Załącznik nr 1 do zapytania ofertowego</w:t>
      </w:r>
    </w:p>
    <w:p w14:paraId="1C2F98A2" w14:textId="77777777" w:rsidR="004E52CF" w:rsidRPr="00AA5E5F" w:rsidRDefault="00000000">
      <w:pPr>
        <w:pStyle w:val="Tytu"/>
      </w:pPr>
      <w:r w:rsidRPr="00AA5E5F">
        <w:t>Formularz oferty na realizację szkoleń MICE i RODO</w:t>
      </w:r>
    </w:p>
    <w:p w14:paraId="68FF3AB8" w14:textId="77777777" w:rsidR="004E52CF" w:rsidRPr="00AA5E5F" w:rsidRDefault="00000000">
      <w:r w:rsidRPr="00AA5E5F">
        <w:t>Zamawiający: Fundacja Centrum Monitoringu Rynku Turystycznego</w:t>
      </w:r>
    </w:p>
    <w:p w14:paraId="227C83B5" w14:textId="77777777" w:rsidR="004E52CF" w:rsidRPr="00AA5E5F" w:rsidRDefault="00000000">
      <w:r w:rsidRPr="00AA5E5F">
        <w:t>Termin złożenia: 8 października 2026 r., godz. 16:00; adres: krzysztof.wilk@cmrt.com.pl</w:t>
      </w:r>
    </w:p>
    <w:p w14:paraId="1DD56895" w14:textId="77777777" w:rsidR="004E52CF" w:rsidRPr="00AA5E5F" w:rsidRDefault="00000000">
      <w:pPr>
        <w:pStyle w:val="Nagwek1"/>
      </w:pPr>
      <w:r w:rsidRPr="00AA5E5F">
        <w:t>1 Dane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35"/>
        <w:gridCol w:w="6236"/>
      </w:tblGrid>
      <w:tr w:rsidR="004E52CF" w:rsidRPr="00AA5E5F" w14:paraId="3068824B" w14:textId="77777777">
        <w:tc>
          <w:tcPr>
            <w:tcW w:w="2835" w:type="dxa"/>
            <w:shd w:val="clear" w:color="auto" w:fill="DCE6F1"/>
          </w:tcPr>
          <w:p w14:paraId="1F19EDF4" w14:textId="77777777" w:rsidR="004E52CF" w:rsidRPr="00AA5E5F" w:rsidRDefault="00000000">
            <w:r w:rsidRPr="00AA5E5F">
              <w:rPr>
                <w:b/>
              </w:rPr>
              <w:t>Dane</w:t>
            </w:r>
          </w:p>
        </w:tc>
        <w:tc>
          <w:tcPr>
            <w:tcW w:w="6236" w:type="dxa"/>
            <w:shd w:val="clear" w:color="auto" w:fill="DCE6F1"/>
          </w:tcPr>
          <w:p w14:paraId="40CA6A9B" w14:textId="77777777" w:rsidR="004E52CF" w:rsidRPr="00AA5E5F" w:rsidRDefault="00000000">
            <w:r w:rsidRPr="00AA5E5F">
              <w:rPr>
                <w:b/>
              </w:rPr>
              <w:t>Do wypełnienia</w:t>
            </w:r>
          </w:p>
        </w:tc>
      </w:tr>
      <w:tr w:rsidR="004E52CF" w:rsidRPr="00AA5E5F" w14:paraId="1CD8D49D" w14:textId="77777777">
        <w:tc>
          <w:tcPr>
            <w:tcW w:w="2835" w:type="dxa"/>
          </w:tcPr>
          <w:p w14:paraId="345B43C0" w14:textId="77777777" w:rsidR="004E52CF" w:rsidRPr="00AA5E5F" w:rsidRDefault="00000000">
            <w:r w:rsidRPr="00AA5E5F">
              <w:t>Pełna nazwa, forma prawna</w:t>
            </w:r>
          </w:p>
        </w:tc>
        <w:tc>
          <w:tcPr>
            <w:tcW w:w="6236" w:type="dxa"/>
          </w:tcPr>
          <w:p w14:paraId="2C42E1B0" w14:textId="77777777" w:rsidR="004E52CF" w:rsidRPr="00AA5E5F" w:rsidRDefault="00000000">
            <w:r w:rsidRPr="00AA5E5F">
              <w:t>........................................................................................</w:t>
            </w:r>
          </w:p>
        </w:tc>
      </w:tr>
      <w:tr w:rsidR="004E52CF" w:rsidRPr="00AA5E5F" w14:paraId="414BA907" w14:textId="77777777">
        <w:tc>
          <w:tcPr>
            <w:tcW w:w="2835" w:type="dxa"/>
          </w:tcPr>
          <w:p w14:paraId="45613CF0" w14:textId="77777777" w:rsidR="004E52CF" w:rsidRPr="00AA5E5F" w:rsidRDefault="00000000">
            <w:r w:rsidRPr="00AA5E5F">
              <w:t>Adres, NIP, KRS lub inny rejestr</w:t>
            </w:r>
          </w:p>
        </w:tc>
        <w:tc>
          <w:tcPr>
            <w:tcW w:w="6236" w:type="dxa"/>
          </w:tcPr>
          <w:p w14:paraId="3E6B9BFA" w14:textId="77777777" w:rsidR="004E52CF" w:rsidRPr="00AA5E5F" w:rsidRDefault="00000000">
            <w:r w:rsidRPr="00AA5E5F">
              <w:t>........................................................................................</w:t>
            </w:r>
          </w:p>
        </w:tc>
      </w:tr>
      <w:tr w:rsidR="004E52CF" w:rsidRPr="00AA5E5F" w14:paraId="51F18B3F" w14:textId="77777777">
        <w:tc>
          <w:tcPr>
            <w:tcW w:w="2835" w:type="dxa"/>
          </w:tcPr>
          <w:p w14:paraId="0EA037E7" w14:textId="77777777" w:rsidR="004E52CF" w:rsidRPr="00AA5E5F" w:rsidRDefault="00000000">
            <w:r w:rsidRPr="00AA5E5F">
              <w:t>Osoba uprawniona do reprezentacji</w:t>
            </w:r>
          </w:p>
        </w:tc>
        <w:tc>
          <w:tcPr>
            <w:tcW w:w="6236" w:type="dxa"/>
          </w:tcPr>
          <w:p w14:paraId="338D61E6" w14:textId="77777777" w:rsidR="004E52CF" w:rsidRPr="00AA5E5F" w:rsidRDefault="00000000">
            <w:r w:rsidRPr="00AA5E5F">
              <w:t>........................................................................................</w:t>
            </w:r>
          </w:p>
        </w:tc>
      </w:tr>
      <w:tr w:rsidR="004E52CF" w:rsidRPr="00AA5E5F" w14:paraId="35DDC30F" w14:textId="77777777">
        <w:tc>
          <w:tcPr>
            <w:tcW w:w="2835" w:type="dxa"/>
          </w:tcPr>
          <w:p w14:paraId="3A77CFCC" w14:textId="77777777" w:rsidR="004E52CF" w:rsidRPr="00AA5E5F" w:rsidRDefault="00000000">
            <w:r w:rsidRPr="00AA5E5F">
              <w:t>Osoba do kontaktu, telefon i e-mail</w:t>
            </w:r>
          </w:p>
        </w:tc>
        <w:tc>
          <w:tcPr>
            <w:tcW w:w="6236" w:type="dxa"/>
          </w:tcPr>
          <w:p w14:paraId="216B8BC5" w14:textId="77777777" w:rsidR="004E52CF" w:rsidRPr="00AA5E5F" w:rsidRDefault="00000000">
            <w:r w:rsidRPr="00AA5E5F">
              <w:t>........................................................................................</w:t>
            </w:r>
          </w:p>
        </w:tc>
      </w:tr>
    </w:tbl>
    <w:p w14:paraId="1790DCA9" w14:textId="77777777" w:rsidR="004E52CF" w:rsidRPr="00AA5E5F" w:rsidRDefault="00000000">
      <w:pPr>
        <w:pStyle w:val="Nagwek1"/>
      </w:pPr>
      <w:r w:rsidRPr="00AA5E5F">
        <w:t>2 Cena oferty</w:t>
      </w:r>
    </w:p>
    <w:p w14:paraId="2B6DFA71" w14:textId="1F97EC0E" w:rsidR="004E52CF" w:rsidRPr="00AA5E5F" w:rsidRDefault="00000000">
      <w:r w:rsidRPr="00AA5E5F">
        <w:t>Należy podać cen</w:t>
      </w:r>
      <w:r w:rsidR="00AA5E5F" w:rsidRPr="00AA5E5F">
        <w:t>ę</w:t>
      </w:r>
      <w:r w:rsidRPr="00AA5E5F">
        <w:t xml:space="preserve"> obejmując</w:t>
      </w:r>
      <w:r w:rsidR="00AA5E5F" w:rsidRPr="00AA5E5F">
        <w:t>ą</w:t>
      </w:r>
      <w:r w:rsidRPr="00AA5E5F">
        <w:t xml:space="preserve"> wszystkie koszty realizacji, w tym podatki i koszty dodatkowe. Jeżeli VAT nie ma zastosowania, należy wpisać „nie dotyczy” i wskazać podstawę.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8"/>
        <w:gridCol w:w="1440"/>
        <w:gridCol w:w="1728"/>
        <w:gridCol w:w="1440"/>
      </w:tblGrid>
      <w:tr w:rsidR="004E52CF" w:rsidRPr="00AA5E5F" w14:paraId="136BF702" w14:textId="77777777" w:rsidTr="00AA5E5F">
        <w:trPr>
          <w:trHeight w:val="842"/>
        </w:trPr>
        <w:tc>
          <w:tcPr>
            <w:tcW w:w="4608" w:type="dxa"/>
            <w:shd w:val="clear" w:color="auto" w:fill="DCE6F1"/>
          </w:tcPr>
          <w:p w14:paraId="352D799F" w14:textId="77777777" w:rsidR="004E52CF" w:rsidRPr="00AA5E5F" w:rsidRDefault="00000000">
            <w:r w:rsidRPr="00AA5E5F">
              <w:rPr>
                <w:b/>
              </w:rPr>
              <w:t>Zakres</w:t>
            </w:r>
          </w:p>
        </w:tc>
        <w:tc>
          <w:tcPr>
            <w:tcW w:w="1440" w:type="dxa"/>
            <w:shd w:val="clear" w:color="auto" w:fill="DCE6F1"/>
          </w:tcPr>
          <w:p w14:paraId="2C9FA7EC" w14:textId="77777777" w:rsidR="004E52CF" w:rsidRPr="00AA5E5F" w:rsidRDefault="00000000">
            <w:r w:rsidRPr="00AA5E5F">
              <w:rPr>
                <w:b/>
              </w:rPr>
              <w:t>Netto (zł)</w:t>
            </w:r>
          </w:p>
        </w:tc>
        <w:tc>
          <w:tcPr>
            <w:tcW w:w="1728" w:type="dxa"/>
            <w:shd w:val="clear" w:color="auto" w:fill="DCE6F1"/>
          </w:tcPr>
          <w:p w14:paraId="03F9D670" w14:textId="77777777" w:rsidR="004E52CF" w:rsidRPr="00AA5E5F" w:rsidRDefault="00000000">
            <w:r w:rsidRPr="00AA5E5F">
              <w:rPr>
                <w:b/>
              </w:rPr>
              <w:t>VAT: stawka i kwota</w:t>
            </w:r>
          </w:p>
        </w:tc>
        <w:tc>
          <w:tcPr>
            <w:tcW w:w="1440" w:type="dxa"/>
            <w:shd w:val="clear" w:color="auto" w:fill="DCE6F1"/>
          </w:tcPr>
          <w:p w14:paraId="22A44807" w14:textId="77777777" w:rsidR="004E52CF" w:rsidRPr="00AA5E5F" w:rsidRDefault="00000000">
            <w:r w:rsidRPr="00AA5E5F">
              <w:rPr>
                <w:b/>
              </w:rPr>
              <w:t>Brutto (zł)</w:t>
            </w:r>
          </w:p>
        </w:tc>
      </w:tr>
      <w:tr w:rsidR="004E52CF" w:rsidRPr="00AA5E5F" w14:paraId="6FF30A94" w14:textId="77777777" w:rsidTr="00AA5E5F">
        <w:trPr>
          <w:trHeight w:val="485"/>
        </w:trPr>
        <w:tc>
          <w:tcPr>
            <w:tcW w:w="4608" w:type="dxa"/>
          </w:tcPr>
          <w:p w14:paraId="4FBC65D1" w14:textId="77777777" w:rsidR="004E52CF" w:rsidRPr="00AA5E5F" w:rsidRDefault="00000000">
            <w:r w:rsidRPr="00AA5E5F">
              <w:t>ŁĄCZNA CENA OFERTY</w:t>
            </w:r>
          </w:p>
        </w:tc>
        <w:tc>
          <w:tcPr>
            <w:tcW w:w="1440" w:type="dxa"/>
          </w:tcPr>
          <w:p w14:paraId="099ADEF1" w14:textId="77777777" w:rsidR="004E52CF" w:rsidRPr="00AA5E5F" w:rsidRDefault="004E52CF"/>
        </w:tc>
        <w:tc>
          <w:tcPr>
            <w:tcW w:w="1728" w:type="dxa"/>
          </w:tcPr>
          <w:p w14:paraId="15678497" w14:textId="77777777" w:rsidR="004E52CF" w:rsidRPr="00AA5E5F" w:rsidRDefault="004E52CF"/>
        </w:tc>
        <w:tc>
          <w:tcPr>
            <w:tcW w:w="1440" w:type="dxa"/>
          </w:tcPr>
          <w:p w14:paraId="3F5661CF" w14:textId="77777777" w:rsidR="004E52CF" w:rsidRPr="00AA5E5F" w:rsidRDefault="004E52CF"/>
        </w:tc>
      </w:tr>
    </w:tbl>
    <w:p w14:paraId="456BF86B" w14:textId="77777777" w:rsidR="00AA5E5F" w:rsidRPr="00AA5E5F" w:rsidRDefault="00AA5E5F"/>
    <w:p w14:paraId="59E9BB70" w14:textId="470C7EDE" w:rsidR="004E52CF" w:rsidRPr="00AA5E5F" w:rsidRDefault="00000000">
      <w:r w:rsidRPr="00AA5E5F">
        <w:t>Informacja o VAT / podstawie zwolnienia: ........................................................................................................</w:t>
      </w:r>
    </w:p>
    <w:p w14:paraId="76C89246" w14:textId="77777777" w:rsidR="004E52CF" w:rsidRPr="00AA5E5F" w:rsidRDefault="00000000">
      <w:pPr>
        <w:pStyle w:val="Nagwek1"/>
      </w:pPr>
      <w:r w:rsidRPr="00AA5E5F">
        <w:t>3 Trener RODO i doświadczenie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02"/>
        <w:gridCol w:w="5669"/>
      </w:tblGrid>
      <w:tr w:rsidR="004E52CF" w:rsidRPr="00AA5E5F" w14:paraId="4109AD44" w14:textId="77777777">
        <w:tc>
          <w:tcPr>
            <w:tcW w:w="3402" w:type="dxa"/>
            <w:shd w:val="clear" w:color="auto" w:fill="DCE6F1"/>
          </w:tcPr>
          <w:p w14:paraId="07A0786D" w14:textId="77777777" w:rsidR="004E52CF" w:rsidRPr="00AA5E5F" w:rsidRDefault="00000000">
            <w:r w:rsidRPr="00AA5E5F">
              <w:rPr>
                <w:b/>
              </w:rPr>
              <w:t>Pozycja</w:t>
            </w:r>
          </w:p>
        </w:tc>
        <w:tc>
          <w:tcPr>
            <w:tcW w:w="5669" w:type="dxa"/>
            <w:shd w:val="clear" w:color="auto" w:fill="DCE6F1"/>
          </w:tcPr>
          <w:p w14:paraId="32389DC7" w14:textId="77777777" w:rsidR="004E52CF" w:rsidRPr="00AA5E5F" w:rsidRDefault="00000000">
            <w:r w:rsidRPr="00AA5E5F">
              <w:rPr>
                <w:b/>
              </w:rPr>
              <w:t>Dane</w:t>
            </w:r>
          </w:p>
        </w:tc>
      </w:tr>
      <w:tr w:rsidR="004E52CF" w:rsidRPr="00AA5E5F" w14:paraId="39996FF9" w14:textId="77777777">
        <w:tc>
          <w:tcPr>
            <w:tcW w:w="3402" w:type="dxa"/>
          </w:tcPr>
          <w:p w14:paraId="2B48D89B" w14:textId="77777777" w:rsidR="004E52CF" w:rsidRPr="00AA5E5F" w:rsidRDefault="00000000">
            <w:r w:rsidRPr="00AA5E5F">
              <w:t>Imię i nazwisko trenera</w:t>
            </w:r>
          </w:p>
        </w:tc>
        <w:tc>
          <w:tcPr>
            <w:tcW w:w="5669" w:type="dxa"/>
          </w:tcPr>
          <w:p w14:paraId="24AA700D" w14:textId="77777777" w:rsidR="004E52CF" w:rsidRPr="00AA5E5F" w:rsidRDefault="00000000">
            <w:r w:rsidRPr="00AA5E5F">
              <w:t>........................................................................................</w:t>
            </w:r>
          </w:p>
        </w:tc>
      </w:tr>
      <w:tr w:rsidR="004E52CF" w:rsidRPr="00AA5E5F" w14:paraId="2018885A" w14:textId="77777777">
        <w:tc>
          <w:tcPr>
            <w:tcW w:w="3402" w:type="dxa"/>
          </w:tcPr>
          <w:p w14:paraId="4E6987B6" w14:textId="77777777" w:rsidR="004E52CF" w:rsidRPr="00AA5E5F" w:rsidRDefault="00000000">
            <w:r w:rsidRPr="00AA5E5F">
              <w:t>Zawód, numer wpisu na listę i właściwa izba</w:t>
            </w:r>
          </w:p>
        </w:tc>
        <w:tc>
          <w:tcPr>
            <w:tcW w:w="5669" w:type="dxa"/>
          </w:tcPr>
          <w:p w14:paraId="41882C4E" w14:textId="77777777" w:rsidR="004E52CF" w:rsidRPr="00AA5E5F" w:rsidRDefault="00000000">
            <w:r w:rsidRPr="00AA5E5F">
              <w:t>........................................................................................</w:t>
            </w:r>
          </w:p>
        </w:tc>
      </w:tr>
    </w:tbl>
    <w:p w14:paraId="0B50A525" w14:textId="77777777" w:rsidR="00AA5E5F" w:rsidRDefault="00AA5E5F"/>
    <w:p w14:paraId="06AE5A24" w14:textId="6A4D7F92" w:rsidR="004E52CF" w:rsidRPr="00AA5E5F" w:rsidRDefault="00000000">
      <w:r w:rsidRPr="00AA5E5F">
        <w:t xml:space="preserve">Wykaz szkoleń branżowych i wdrożeń RODO należy dołączyć. </w:t>
      </w:r>
      <w:r w:rsidR="00AA5E5F">
        <w:t>I</w:t>
      </w:r>
      <w:r w:rsidRPr="00AA5E5F">
        <w:t>nformacje poufne mogą zostać zanonimizowane.</w:t>
      </w:r>
    </w:p>
    <w:p w14:paraId="59A1A8DE" w14:textId="4E259745" w:rsidR="004E52CF" w:rsidRPr="00AA5E5F" w:rsidRDefault="00AA5E5F">
      <w:pPr>
        <w:pStyle w:val="Nagwek1"/>
      </w:pPr>
      <w:r>
        <w:t>4.</w:t>
      </w:r>
      <w:r w:rsidRPr="00AA5E5F">
        <w:t xml:space="preserve"> Oświadczenia wykonawcy</w:t>
      </w:r>
    </w:p>
    <w:p w14:paraId="29D826DD" w14:textId="0A0140C3" w:rsidR="004E52CF" w:rsidRPr="00AA5E5F" w:rsidRDefault="00000000" w:rsidP="00AA5E5F">
      <w:pPr>
        <w:pStyle w:val="Akapitzlist"/>
        <w:numPr>
          <w:ilvl w:val="0"/>
          <w:numId w:val="10"/>
        </w:numPr>
      </w:pPr>
      <w:r w:rsidRPr="00AA5E5F">
        <w:t>Zapoznałem(-</w:t>
      </w:r>
      <w:proofErr w:type="spellStart"/>
      <w:r w:rsidRPr="00AA5E5F">
        <w:t>am</w:t>
      </w:r>
      <w:proofErr w:type="spellEnd"/>
      <w:r w:rsidRPr="00AA5E5F">
        <w:t>) się z zapytaniem i akceptuję jego warunki.</w:t>
      </w:r>
    </w:p>
    <w:p w14:paraId="6457BA6F" w14:textId="372E0152" w:rsidR="004E52CF" w:rsidRPr="00AA5E5F" w:rsidRDefault="001F22FD" w:rsidP="00AA5E5F">
      <w:pPr>
        <w:pStyle w:val="Akapitzlist"/>
        <w:numPr>
          <w:ilvl w:val="0"/>
          <w:numId w:val="10"/>
        </w:numPr>
      </w:pPr>
      <w:r>
        <w:t>C</w:t>
      </w:r>
      <w:r w:rsidR="00000000" w:rsidRPr="00AA5E5F">
        <w:t>ena obejmuje wszystkie koszty niezbędne do należytego wykonania zamówienia.</w:t>
      </w:r>
    </w:p>
    <w:p w14:paraId="14981F7A" w14:textId="44C69DE0" w:rsidR="004E52CF" w:rsidRPr="00AA5E5F" w:rsidRDefault="00000000" w:rsidP="00AA5E5F">
      <w:pPr>
        <w:pStyle w:val="Akapitzlist"/>
        <w:numPr>
          <w:ilvl w:val="0"/>
          <w:numId w:val="10"/>
        </w:numPr>
      </w:pPr>
      <w:r w:rsidRPr="00AA5E5F">
        <w:t>Dysponuję personelem i zasobami potrzebnymi do wykonania zamówienia w terminie.</w:t>
      </w:r>
    </w:p>
    <w:p w14:paraId="2AFC350F" w14:textId="264635C8" w:rsidR="004E52CF" w:rsidRPr="00AA5E5F" w:rsidRDefault="00000000" w:rsidP="00AA5E5F">
      <w:pPr>
        <w:pStyle w:val="Akapitzlist"/>
        <w:numPr>
          <w:ilvl w:val="0"/>
          <w:numId w:val="10"/>
        </w:numPr>
      </w:pPr>
      <w:r w:rsidRPr="00AA5E5F">
        <w:t>Wskazany trener RODO spełnia wymagania określone w pkt 4 zapytania.</w:t>
      </w:r>
    </w:p>
    <w:p w14:paraId="288C3A98" w14:textId="3D5AD784" w:rsidR="004E52CF" w:rsidRPr="00AA5E5F" w:rsidRDefault="00000000" w:rsidP="00AA5E5F">
      <w:pPr>
        <w:pStyle w:val="Akapitzlist"/>
        <w:numPr>
          <w:ilvl w:val="0"/>
          <w:numId w:val="10"/>
        </w:numPr>
      </w:pPr>
      <w:r w:rsidRPr="00AA5E5F">
        <w:t>Nie zachodzi konflikt interesów mogący podważyć bezstronność i obiektywność realizacji zamówienia.</w:t>
      </w:r>
    </w:p>
    <w:p w14:paraId="26B0B143" w14:textId="70B22F2E" w:rsidR="004E52CF" w:rsidRPr="00AA5E5F" w:rsidRDefault="00000000" w:rsidP="00AA5E5F">
      <w:pPr>
        <w:pStyle w:val="Akapitzlist"/>
        <w:numPr>
          <w:ilvl w:val="0"/>
          <w:numId w:val="10"/>
        </w:numPr>
      </w:pPr>
      <w:r w:rsidRPr="00AA5E5F">
        <w:t>Wyrażam zgodę na weryfikację informacji przedstawionych w ofercie.</w:t>
      </w:r>
    </w:p>
    <w:p w14:paraId="638D1B39" w14:textId="77777777" w:rsidR="004E52CF" w:rsidRPr="00AA5E5F" w:rsidRDefault="00000000">
      <w:pPr>
        <w:pStyle w:val="Nagwek1"/>
      </w:pPr>
      <w:r w:rsidRPr="00AA5E5F">
        <w:lastRenderedPageBreak/>
        <w:t>6 Dokumenty dołączone do oferty</w:t>
      </w:r>
    </w:p>
    <w:p w14:paraId="1DB9EE07" w14:textId="77777777" w:rsidR="004E52CF" w:rsidRPr="00AA5E5F" w:rsidRDefault="00000000">
      <w:r w:rsidRPr="00AA5E5F">
        <w:t>☐ CV trenera, potwierdzenie statusu zawodowego oraz wykaz szkoleń i wdrożeń</w:t>
      </w:r>
    </w:p>
    <w:p w14:paraId="00ED5618" w14:textId="77777777" w:rsidR="004E52CF" w:rsidRPr="00AA5E5F" w:rsidRDefault="00000000">
      <w:r w:rsidRPr="00AA5E5F">
        <w:t>☐ Pełnomocnictwo, jeśli ofertę podpisuje pełnomocnik</w:t>
      </w:r>
    </w:p>
    <w:p w14:paraId="2C0C7823" w14:textId="77777777" w:rsidR="004E52CF" w:rsidRPr="00AA5E5F" w:rsidRDefault="00000000">
      <w:r w:rsidRPr="00AA5E5F">
        <w:t>Miejscowość i data: ...................................................................</w:t>
      </w:r>
    </w:p>
    <w:p w14:paraId="7569B100" w14:textId="77777777" w:rsidR="004E52CF" w:rsidRDefault="00000000">
      <w:r w:rsidRPr="00AA5E5F">
        <w:t>Imię, nazwisko i podpis osoby uprawnionej: ...................................................................</w:t>
      </w:r>
    </w:p>
    <w:sectPr w:rsidR="004E52CF" w:rsidSect="00034616"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3B531B"/>
    <w:multiLevelType w:val="hybridMultilevel"/>
    <w:tmpl w:val="EB8E3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233443">
    <w:abstractNumId w:val="8"/>
  </w:num>
  <w:num w:numId="2" w16cid:durableId="1822233472">
    <w:abstractNumId w:val="6"/>
  </w:num>
  <w:num w:numId="3" w16cid:durableId="83459452">
    <w:abstractNumId w:val="5"/>
  </w:num>
  <w:num w:numId="4" w16cid:durableId="1574118277">
    <w:abstractNumId w:val="4"/>
  </w:num>
  <w:num w:numId="5" w16cid:durableId="1657301641">
    <w:abstractNumId w:val="7"/>
  </w:num>
  <w:num w:numId="6" w16cid:durableId="1041324463">
    <w:abstractNumId w:val="3"/>
  </w:num>
  <w:num w:numId="7" w16cid:durableId="205995414">
    <w:abstractNumId w:val="2"/>
  </w:num>
  <w:num w:numId="8" w16cid:durableId="1510177516">
    <w:abstractNumId w:val="1"/>
  </w:num>
  <w:num w:numId="9" w16cid:durableId="1051543156">
    <w:abstractNumId w:val="0"/>
  </w:num>
  <w:num w:numId="10" w16cid:durableId="14404172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22FD"/>
    <w:rsid w:val="0029639D"/>
    <w:rsid w:val="00326F90"/>
    <w:rsid w:val="004E52CF"/>
    <w:rsid w:val="00640A63"/>
    <w:rsid w:val="007C4FBE"/>
    <w:rsid w:val="00AA1D8D"/>
    <w:rsid w:val="00AA5E5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C90111"/>
  <w14:defaultImageDpi w14:val="300"/>
  <w15:docId w15:val="{49E72BDF-C904-4885-8F40-0A123BBC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80" w:after="8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343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Krzysztof Wilk</cp:lastModifiedBy>
  <cp:revision>3</cp:revision>
  <dcterms:created xsi:type="dcterms:W3CDTF">2013-12-23T23:15:00Z</dcterms:created>
  <dcterms:modified xsi:type="dcterms:W3CDTF">2026-09-29T10:28:00Z</dcterms:modified>
  <cp:category/>
</cp:coreProperties>
</file>